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תיאורי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הטקסט התיאורי ואת מבנהו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שימוש בחושים, שמות תואר ודימויים בטקסט תיאורי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תיאור קצר באמצעות החושים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לצייר תמונה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שמות תואר עוזרים לצייר תמונה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דימוי לעגבניות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(תיאור צבעים כמו אדום ומבריק)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(תיאור ריח חם של לחם)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(שימוש במילים כמו "כמו" או "כאילו")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(מימין, משמאל, מעל)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הזיהוי של טקסט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אם יש בטקסט הרבה שמות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חפשו תיאורי חושים כמו ריח, צליל או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חפשו מילים כמו "כמו" או "כאילו"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 את עצמכם: אפשר לצייר את מה שתואר?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לצייר תמונה במילים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"אדומות ומבריקות כמו כדורים קטנים"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ריח (לחם) וראייה (עגבניות אדומות, בד כתום)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הדוגמה על השוק בקול ולבקש מהתלמידים לסמן שמות תואר ודימויים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חושים דרך דוגמאות נוספות מהסביבה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לעודד שימוש במילות קישור של מקום כמו מימין ומשמאל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תיאורי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טקסט תיאורי נועד לצייר תמונה במילים, כך שהקוראים כמעט יוכלו לראות, להריח ולשמוע את מה שמתואר. בדף זה נלמד לזהות את המאפיינים שלו וננסה לכתוב תיאור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רועש  ·  כדורים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טקסט תיאורי?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לשכנע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לצייר תמונה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לתת הוראות שלב אחר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גוף נכתב בדרך כלל טקסט תיאורי?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טקסט תיאורי משתמש בהרבה שמות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בדוגמת השוק מופיע הדימוי "כמו כדורים קטנים".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השוק בבוקר יום שישי __________ וצבעוני.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מימין נערמות עגבניות אדומות ומבריקות כמו __________ קטנים.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חוש ראייה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תיאור ריח חם של לחם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חוש ריח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שימוש במילים כמו "כמו" או "כאילו"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מימין, משמאל, מעל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מילת קישור של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תיאור צבעים כמו אדום ומבריק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הזיהוי של טקסט תיאורי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חפשו מילים כמו "כמו" או "כאילו"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אם יש בטקסט הרבה שמות 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שאלו את עצמכם: אפשר לצייר את מה שתואר?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חפשו תיאורי חושים כמו ריח, צליל או צבע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הטקסט התיאורי?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לדימוי מהטקסט על השוק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תיאורי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