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תיאורי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הטקסט התיאורי ואת מבנהו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שימוש בחושים, שמות תואר ודימויים בטקסט תיאורי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תיאור קצר באמצעות החושים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לצייר תמונה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שימוש במילים כמו "כמו" או "כאילו"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מהכללי אל הפרטי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שמות תואר עוזרים לצייר תמונה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נכתב בדרך כלל בהווה או בעבר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דימוי לעגבניות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מטרתו לצייר תמונה במילים, לא לשכנע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דרך טובה לבדוק אם הטקסט תיאורי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רועש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(תיאור צבעים כמו אדום ומבריק)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(תיאור ריח חם של לחם)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(שימוש במילים כמו "כמו" או "כאילו")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(מימין, משמאל, מעל)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(הדרך הנפוצה לכתוב תיאור)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הזיהוי של טקסט תיאורי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אם יש בטקסט הרבה שמות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חפשו תיאורי חושים כמו ריח, צליל או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חפשו מילים כמו "כמו" או "כאילו"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שאלו את עצמכם: אפשר לצייר את מה שתואר?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התיאור כולל שמות תואר, לפחות שני חושים שונים ודימוי אחד עם "כמו" או "כאילו"; כתוב בגוף שלישי או בהווה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לצייר תמונה במילים לקורא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"אדומות ומבריקות כמו כדורים קטנים"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ריח (לחם) וראייה (עגבניות אדומות, בד כתום)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הדוגמה על השוק בקול ולבקש מהתלמידים לסמן שמות תואר ודימויים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זיהוי חושים דרך דוגמאות נוספות מהסביבה הקרובה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אפשר לעודד שימוש במילות קישור של מקום כמו מימין ומשמאל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תיאורי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טקסט תיאורי מתאר מקום, דמות או חפץ במילים יפות, כדי שהקורא ידמיין אותו. נלמד איך לזהות טקסט כזה ונכתוב תיאור קצר.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תיאורי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שמתאר מקום, דמות או חפץ במילים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בעזרת המילים "כמו" או "כאילו"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ראייה, ריח, שמיעה, מגע או טעם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משהו נראה, כמו אדום או רועש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הסגנון של השפה - פשוט או עשיר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שלישי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כתיבה שבה מספרים על הוא, היא, 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 של מקום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שמראה היכן דבר נמצא, כמו מימין או מעל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הטקסט התיאורי בא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תמונה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הוראות שלב אחר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על אירוע בסדר כרונולוגי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בדרך כלל כותבים טקסט תיאורי - אני, אתה או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ראשון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חוש קשור ללחם הטרי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מהרשימה מראה מיקום?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יוצרים דימוי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שימוש במילים כמו "כמו" או "כאילו"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שימוש בפעלים בעתיד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בשאלות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שימוש במספרים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בדרך כלל בנוי טקסט תיאורי?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מהכללי אל הפרטי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מהסוף להתחלה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ותשובה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הוראות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תיאורי משתמש בהרבה שמות תואר.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תיאורי נכתב תמיד בזמן 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בדוגמת השוק מופיע הדימוי "כמו כדורים קטנים".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טקסט תיאורי היא לשכנע את הקורא לפעול.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לזהות טקסט תיאורי לפי השאלה: אפשר לצייר את מה שתואר?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השוק בבוקר יום שישי __________ וצבעוני.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מימין נערמות עגבניות אדומות ומבריקות כמו __________ קטנים.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בין הדוכנים זורמים אנשים עם __________ מלאים.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מעל הכול מתוח בד __________, והשמש מסננת דרכו אור 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טקסט תיאורי עוזר לקוראים כמעט ל__________ את מה שמתואר.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חוש ראייה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הדרך הנפוצה לכתוב תיאור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חוש ריח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מימין, משמאל, מעל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תיאור ריח חם של לחם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קישור של 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שימוש במילים כמו "כמו" או "כאילו"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גוף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תיאור צבעים כמו אדום ומבריק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הזיהוי של טקסט תיאורי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מילים כמו "כמו" או "כאילו"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יש בטקסט הרבה שמות תואר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 את עצמכם: אפשר לצייר את מה שתואר?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תיאורי חושים כמו ריח, צליל או צבע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תיאור קצר של מקום מוכר לכם (כמו כיתה, חדר או חצר) וכללו בו לפחות שני חושים ודימוי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הטקסט התיאורי?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לדימוי מהטקסט על השוק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חושים מופיעים בדוגמה?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תיאורי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