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התיאורי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שימוש בחושים, שמות תואר ודימויים בטקסט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תיאור קצר באמצעות החושים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לצייר תמונה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שימוש במילים כמו "כמו" או "כאילו"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מהכללי אל הפרטי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תואר עוזרים לצייר תמונה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נכתב בדרך כלל בהווה או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דימוי לעגבניות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לצייר תמונה במילים,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לבדוק אם הטקסט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צבעים כמו אדום ומבריק)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(תיאור ריח חם של לחם)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(שימוש במילים כמו "כמו" או "כאילו")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(מימין, משמאל, מעל)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הנפוצה לכתוב תיאור)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בטקסט הרבה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תיאורי חושים כמו ריח, צליל או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חפשו מילים כמו "כמו" או "כאילו"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את עצמכם: אפשר לצייר את מה שתואר?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התיאור כולל שמות תואר, לפחות שני חושים שונים ודימוי אחד עם "כמו" או "כאילו"; כתוב בגוף שלישי או בהווה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לצייר תמונה במילים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"אדומות ומבריקות כמו כדורים קטנים"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ריח (לחם) וראייה (עגבניות אדומות, בד כתום)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הדוגמה על השוק בקול ולבקש מהתלמידים לסמן שמות תואר ודימויים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חושים דרך דוגמאות נוספות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לעודד שימוש במילות קישור של מקום כמו מימין ומשמאל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תיאורי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תיאורי נועד לצייר תמונה במילים, כך שהקוראים כמעט יוכלו לראות, להריח ולשמוע את מה שמתואר. בדף זה נלמד לזהות את המאפיינים שלו וננסה לכתוב תיאור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תמונה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הוראות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על אירוע בסדר כרונולוגי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נכתב בדרך כלל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חוש מודגש כשמתארים את ריח הלחם בדוגמה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מופיעה בדוגמה כמילת קישור של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יוצר דימוי בטקסט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שימוש במילים כמו "כמו" או "כאילו"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בפעלים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בשאלות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המבנה הטיפוסי של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מהכללי אל הפרטי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מהסוף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ותשובה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משתמש בהרבה שמות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נכתב תמיד בזמן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השוק מופיע הדימוי "כמו כדורים קטנים".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טקסט תיאורי היא לשכנע את הקורא לפעול.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טקסט תיאורי לפי השאלה: אפשר לצייר את מה שתואר?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השוק בבוקר יום שישי __________ וצבעוני.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מימין נערמות עגבניות אדומות ומבריקות כמו __________ קטנים.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בין הדוכנים זורמים אנשים עם __________ מלאים.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מעל הכול מתוח בד __________, והשמש מסננת דרכו אור 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תיאורי עוזר לקוראים כמעט ל__________ את מה שמתואר.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חוש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הנפוצה לכתוב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 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מימין, משמאל, מעל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צבעים כמו אדום ומבריק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 של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שימוש במילים כמו "כמו" או "כאילו"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ריח חם של לחם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הזיהוי של טקסט תיאורי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את עצמכם: אפשר לצייר את מה שתואר?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מילים כמו "כמו" או "כאילו"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בטקסט הרבה שמות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תיאורי חושים כמו ריח, צליל או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תיאור קצר של מקום מוכר לכם (כמו כיתה, חדר או חצר) וכללו בו לפחות שני חושים ודימוי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התיאורי?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 מהטקסט על השוק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חושים מופיעים בדוגמה?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תיאורי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